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9444D" w14:textId="59052DF7" w:rsidR="00BA5E14" w:rsidRPr="009D5B9A" w:rsidRDefault="00F83025" w:rsidP="00CE4578">
      <w:pPr>
        <w:pStyle w:val="Default"/>
        <w:snapToGrid w:val="0"/>
        <w:spacing w:before="100" w:beforeAutospacing="1" w:after="100" w:afterAutospacing="1" w:line="400" w:lineRule="atLeast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9D5B9A">
        <w:rPr>
          <w:rFonts w:ascii="Times New Roman" w:hAnsi="Times New Roman" w:cs="Times New Roman"/>
          <w:b/>
          <w:noProof/>
          <w:color w:val="auto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F652B1" wp14:editId="6D5A9E5D">
                <wp:simplePos x="0" y="0"/>
                <wp:positionH relativeFrom="margin">
                  <wp:posOffset>5932170</wp:posOffset>
                </wp:positionH>
                <wp:positionV relativeFrom="paragraph">
                  <wp:posOffset>-345440</wp:posOffset>
                </wp:positionV>
                <wp:extent cx="609600" cy="323850"/>
                <wp:effectExtent l="0" t="0" r="19050" b="1905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872A4A" w14:textId="77777777" w:rsidR="00BA5E14" w:rsidRPr="00726A9D" w:rsidRDefault="00BA5E14" w:rsidP="00BA5E14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26A9D">
                              <w:rPr>
                                <w:rFonts w:ascii="Times New Roman" w:eastAsia="標楷體" w:hAnsi="Times New Roman" w:cs="Times New Roman"/>
                              </w:rPr>
                              <w:t>附表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652B1" id="文字方塊 13" o:spid="_x0000_s1027" type="#_x0000_t202" style="position:absolute;left:0;text-align:left;margin-left:467.1pt;margin-top:-27.2pt;width:48pt;height:25.5pt;z-index: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" fillcolor="white [3201]" strokeweight=".5pt">
                <v:textbox>
                  <w:txbxContent>
                    <w:p w14:paraId="1B872A4A" w14:textId="77777777" w:rsidR="00BA5E14" w:rsidRPr="00726A9D" w:rsidRDefault="00BA5E14" w:rsidP="00BA5E14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  <w:r w:rsidRPr="00726A9D">
                        <w:rPr>
                          <w:rFonts w:ascii="Times New Roman" w:eastAsia="標楷體" w:hAnsi="Times New Roman" w:cs="Times New Roman"/>
                        </w:rPr>
                        <w:t>附表</w:t>
                      </w:r>
                      <w:r>
                        <w:rPr>
                          <w:rFonts w:ascii="Times New Roman" w:eastAsia="標楷體" w:hAnsi="Times New Roman" w:cs="Times New Roman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5E14" w:rsidRPr="009D5B9A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  202</w:t>
      </w:r>
      <w:r w:rsidR="00FC6A5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7</w:t>
      </w:r>
      <w:r w:rsidR="00BA5E14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育達觀休盃創意遊程</w:t>
      </w:r>
      <w:r w:rsidR="00CE4578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設計</w:t>
      </w:r>
      <w:r w:rsidR="00BA5E14" w:rsidRPr="009D5B9A">
        <w:rPr>
          <w:rFonts w:ascii="Times New Roman" w:hAnsi="Times New Roman" w:cs="Times New Roman" w:hint="eastAsia"/>
          <w:b/>
          <w:bCs/>
          <w:color w:val="auto"/>
          <w:sz w:val="40"/>
          <w:szCs w:val="40"/>
        </w:rPr>
        <w:t>暨專題製作競賽</w:t>
      </w:r>
    </w:p>
    <w:p w14:paraId="166DFF9D" w14:textId="77777777" w:rsidR="00BA5E14" w:rsidRPr="009D5B9A" w:rsidRDefault="00BA5E14" w:rsidP="00CE4578">
      <w:pPr>
        <w:pStyle w:val="Default"/>
        <w:snapToGrid w:val="0"/>
        <w:spacing w:before="100" w:beforeAutospacing="1" w:after="100" w:afterAutospacing="1" w:line="400" w:lineRule="atLeast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9D5B9A">
        <w:rPr>
          <w:rFonts w:ascii="Times New Roman" w:hAnsi="Times New Roman" w:cs="Times New Roman" w:hint="eastAsia"/>
          <w:b/>
          <w:color w:val="auto"/>
          <w:sz w:val="36"/>
          <w:szCs w:val="36"/>
        </w:rPr>
        <w:t>智慧財產權暨</w:t>
      </w:r>
      <w:r w:rsidRPr="009D5B9A">
        <w:rPr>
          <w:rFonts w:ascii="Times New Roman" w:hAnsi="Times New Roman" w:cs="Times New Roman"/>
          <w:b/>
          <w:color w:val="auto"/>
          <w:sz w:val="36"/>
          <w:szCs w:val="36"/>
        </w:rPr>
        <w:t>AI</w:t>
      </w:r>
      <w:r w:rsidRPr="009D5B9A">
        <w:rPr>
          <w:rFonts w:ascii="Times New Roman" w:hAnsi="Times New Roman" w:cs="Times New Roman" w:hint="eastAsia"/>
          <w:b/>
          <w:color w:val="auto"/>
          <w:sz w:val="36"/>
          <w:szCs w:val="36"/>
        </w:rPr>
        <w:t>輔助聲明書</w:t>
      </w:r>
    </w:p>
    <w:p w14:paraId="14F3E202" w14:textId="77777777" w:rsidR="00BA5E14" w:rsidRPr="001D2856" w:rsidRDefault="00BA5E14" w:rsidP="00CE4578">
      <w:pPr>
        <w:pStyle w:val="ae"/>
        <w:numPr>
          <w:ilvl w:val="0"/>
          <w:numId w:val="25"/>
        </w:numPr>
        <w:spacing w:before="100" w:beforeAutospacing="1" w:after="100" w:afterAutospacing="1" w:line="400" w:lineRule="atLeast"/>
        <w:jc w:val="both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1D285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本人為參賽作品著作權之所有人，本作品確為原始創作，絕無抄襲剽竊他人著作，亦未曾於校外獲獎或使用於商業用途上。若發生相關爭議情事，與學校及主辦單位無關，若得獎亦同意取消獲獎資格及歸還獎金與獎品，並自行擔負應有之法律責任。</w:t>
      </w:r>
    </w:p>
    <w:p w14:paraId="6B323480" w14:textId="0AE21BC5" w:rsidR="00BA5E14" w:rsidRPr="00CE4578" w:rsidRDefault="00BA5E14" w:rsidP="00CE4578">
      <w:pPr>
        <w:pStyle w:val="ae"/>
        <w:numPr>
          <w:ilvl w:val="0"/>
          <w:numId w:val="25"/>
        </w:numPr>
        <w:spacing w:before="100" w:beforeAutospacing="1" w:after="100" w:afterAutospacing="1" w:line="400" w:lineRule="atLeast"/>
        <w:jc w:val="both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1D285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作品參與</w:t>
      </w:r>
      <w:r w:rsid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本</w:t>
      </w:r>
      <w:r w:rsidRP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競賽，無論得獎與否，均同意主辦</w:t>
      </w:r>
      <w:r w:rsid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及承辦</w:t>
      </w:r>
      <w:r w:rsidRP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單位無償使用於非商業性</w:t>
      </w:r>
      <w:r w:rsid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質</w:t>
      </w:r>
      <w:r w:rsidRP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之推廣運</w:t>
      </w:r>
      <w:r w:rsid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用</w:t>
      </w:r>
      <w:r w:rsidRP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，而獲獎者亦不得再使用於其他相關競賽或授權第三者。</w:t>
      </w:r>
    </w:p>
    <w:p w14:paraId="519B8F3E" w14:textId="77777777" w:rsidR="00CE4578" w:rsidRDefault="00BA5E14" w:rsidP="00CE4578">
      <w:pPr>
        <w:pStyle w:val="ae"/>
        <w:numPr>
          <w:ilvl w:val="0"/>
          <w:numId w:val="25"/>
        </w:numPr>
        <w:spacing w:before="100" w:beforeAutospacing="1" w:after="100" w:afterAutospacing="1" w:line="400" w:lineRule="atLeast"/>
        <w:jc w:val="both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生成式</w:t>
      </w: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 xml:space="preserve"> AI </w:t>
      </w: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工具使用揭露：</w:t>
      </w:r>
    </w:p>
    <w:p w14:paraId="5B9F27AF" w14:textId="63DD37BE" w:rsidR="00CE4578" w:rsidRDefault="00BA5E14" w:rsidP="00CE4578">
      <w:pPr>
        <w:pStyle w:val="ae"/>
        <w:spacing w:before="100" w:beforeAutospacing="1" w:after="100" w:afterAutospacing="1" w:line="400" w:lineRule="atLeast"/>
        <w:jc w:val="both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□</w:t>
      </w:r>
      <w:r w:rsid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 xml:space="preserve"> </w:t>
      </w: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未使用</w:t>
      </w: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AI</w:t>
      </w:r>
    </w:p>
    <w:p w14:paraId="12146133" w14:textId="38B05A14" w:rsidR="00BA5E14" w:rsidRPr="00BF6497" w:rsidRDefault="00BA5E14" w:rsidP="00CE4578">
      <w:pPr>
        <w:pStyle w:val="ae"/>
        <w:spacing w:before="100" w:beforeAutospacing="1" w:after="100" w:afterAutospacing="1" w:line="400" w:lineRule="atLeast"/>
        <w:jc w:val="both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□</w:t>
      </w:r>
      <w:r w:rsidR="00CE4578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 xml:space="preserve"> </w:t>
      </w: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有使用</w:t>
      </w:r>
      <w:r w:rsidRPr="00D77516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AI</w:t>
      </w:r>
      <w:proofErr w:type="gramStart"/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（</w:t>
      </w:r>
      <w:proofErr w:type="gramEnd"/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使用面向：□文字潤飾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 xml:space="preserve"> 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□視覺繪圖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 xml:space="preserve"> 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□資料分析；團隊創意與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AI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比例：</w:t>
      </w:r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____ :____</w:t>
      </w:r>
      <w:proofErr w:type="gramStart"/>
      <w:r w:rsidRPr="00BF6497">
        <w:rPr>
          <w:rFonts w:ascii="Times New Roman" w:eastAsia="標楷體" w:hAnsi="Times New Roman" w:cs="Times New Roman" w:hint="eastAsia"/>
          <w:sz w:val="28"/>
          <w:szCs w:val="28"/>
          <w:lang w:eastAsia="zh-TW"/>
        </w:rPr>
        <w:t>）</w:t>
      </w:r>
      <w:proofErr w:type="gramEnd"/>
    </w:p>
    <w:tbl>
      <w:tblPr>
        <w:tblStyle w:val="aff2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14"/>
        <w:gridCol w:w="3313"/>
        <w:gridCol w:w="3315"/>
      </w:tblGrid>
      <w:tr w:rsidR="00BA5E14" w:rsidRPr="001D2856" w14:paraId="1F8A0F7B" w14:textId="77777777" w:rsidTr="009D5B9A">
        <w:trPr>
          <w:trHeight w:val="850"/>
          <w:jc w:val="center"/>
        </w:trPr>
        <w:tc>
          <w:tcPr>
            <w:tcW w:w="1666" w:type="pct"/>
            <w:tcBorders>
              <w:top w:val="single" w:sz="12" w:space="0" w:color="auto"/>
              <w:bottom w:val="thickThinSmallGap" w:sz="12" w:space="0" w:color="auto"/>
            </w:tcBorders>
            <w:vAlign w:val="center"/>
          </w:tcPr>
          <w:p w14:paraId="32E19BF9" w14:textId="054998FB" w:rsidR="00BA5E14" w:rsidRPr="009D5B9A" w:rsidRDefault="00CE4578" w:rsidP="00CE4578">
            <w:pPr>
              <w:spacing w:before="100" w:beforeAutospacing="1" w:after="100" w:afterAutospacing="1" w:line="400" w:lineRule="atLeast"/>
              <w:contextualSpacing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  <w:lang w:eastAsia="zh-TW"/>
              </w:rPr>
            </w:pP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eastAsia="zh-TW"/>
              </w:rPr>
              <w:t>參賽人員</w:t>
            </w:r>
            <w:r w:rsidR="00BA5E14"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eastAsia="zh-TW"/>
              </w:rPr>
              <w:t>（請親筆簽名，勿用電腦打字）</w:t>
            </w:r>
          </w:p>
        </w:tc>
        <w:tc>
          <w:tcPr>
            <w:tcW w:w="1666" w:type="pct"/>
            <w:tcBorders>
              <w:top w:val="single" w:sz="12" w:space="0" w:color="auto"/>
              <w:bottom w:val="thickThinSmallGap" w:sz="12" w:space="0" w:color="auto"/>
            </w:tcBorders>
            <w:vAlign w:val="center"/>
          </w:tcPr>
          <w:p w14:paraId="14296D03" w14:textId="77777777" w:rsidR="00BA5E14" w:rsidRPr="009D5B9A" w:rsidRDefault="00BA5E14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身份證字號</w:t>
            </w:r>
          </w:p>
        </w:tc>
        <w:tc>
          <w:tcPr>
            <w:tcW w:w="1667" w:type="pct"/>
            <w:tcBorders>
              <w:top w:val="single" w:sz="12" w:space="0" w:color="auto"/>
              <w:bottom w:val="thickThinSmallGap" w:sz="12" w:space="0" w:color="auto"/>
            </w:tcBorders>
            <w:vAlign w:val="center"/>
          </w:tcPr>
          <w:p w14:paraId="1447BF7E" w14:textId="77777777" w:rsidR="00BA5E14" w:rsidRPr="009D5B9A" w:rsidRDefault="00BA5E14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D5B9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簽署日期</w:t>
            </w:r>
          </w:p>
        </w:tc>
      </w:tr>
      <w:tr w:rsidR="00EF3522" w:rsidRPr="001D2856" w14:paraId="4945D8BD" w14:textId="77777777" w:rsidTr="009D5B9A">
        <w:trPr>
          <w:trHeight w:val="850"/>
          <w:jc w:val="center"/>
        </w:trPr>
        <w:tc>
          <w:tcPr>
            <w:tcW w:w="1666" w:type="pct"/>
            <w:tcBorders>
              <w:top w:val="thickThinSmallGap" w:sz="12" w:space="0" w:color="auto"/>
            </w:tcBorders>
            <w:vAlign w:val="center"/>
          </w:tcPr>
          <w:p w14:paraId="09C08CFF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thickThinSmallGap" w:sz="12" w:space="0" w:color="auto"/>
            </w:tcBorders>
            <w:vAlign w:val="center"/>
          </w:tcPr>
          <w:p w14:paraId="3AEDCA29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thickThinSmallGap" w:sz="12" w:space="0" w:color="auto"/>
            </w:tcBorders>
            <w:vAlign w:val="center"/>
          </w:tcPr>
          <w:p w14:paraId="4F715139" w14:textId="0FC7A1D1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EF3522" w:rsidRPr="001D2856" w14:paraId="1D74796C" w14:textId="77777777" w:rsidTr="009D5B9A">
        <w:trPr>
          <w:trHeight w:val="850"/>
          <w:jc w:val="center"/>
        </w:trPr>
        <w:tc>
          <w:tcPr>
            <w:tcW w:w="1666" w:type="pct"/>
            <w:vAlign w:val="center"/>
          </w:tcPr>
          <w:p w14:paraId="1798AD1E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vAlign w:val="center"/>
          </w:tcPr>
          <w:p w14:paraId="5736254C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vAlign w:val="center"/>
          </w:tcPr>
          <w:p w14:paraId="5341C6CD" w14:textId="49EDF2C6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EF3522" w:rsidRPr="001D2856" w14:paraId="5C43DA10" w14:textId="77777777" w:rsidTr="009D5B9A">
        <w:trPr>
          <w:trHeight w:val="850"/>
          <w:jc w:val="center"/>
        </w:trPr>
        <w:tc>
          <w:tcPr>
            <w:tcW w:w="1666" w:type="pct"/>
            <w:vAlign w:val="center"/>
          </w:tcPr>
          <w:p w14:paraId="1862DAA3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vAlign w:val="center"/>
          </w:tcPr>
          <w:p w14:paraId="236A4DBF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vAlign w:val="center"/>
          </w:tcPr>
          <w:p w14:paraId="40356A82" w14:textId="0ED7AA3E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EF3522" w:rsidRPr="001D2856" w14:paraId="4B006156" w14:textId="77777777" w:rsidTr="009D5B9A">
        <w:trPr>
          <w:trHeight w:val="850"/>
          <w:jc w:val="center"/>
        </w:trPr>
        <w:tc>
          <w:tcPr>
            <w:tcW w:w="1666" w:type="pct"/>
            <w:vAlign w:val="center"/>
          </w:tcPr>
          <w:p w14:paraId="321173AD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vAlign w:val="center"/>
          </w:tcPr>
          <w:p w14:paraId="628F81D9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vAlign w:val="center"/>
          </w:tcPr>
          <w:p w14:paraId="36753F0B" w14:textId="6B835272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EF3522" w:rsidRPr="001D2856" w14:paraId="05DE4B9E" w14:textId="77777777" w:rsidTr="009D5B9A">
        <w:trPr>
          <w:trHeight w:val="850"/>
          <w:jc w:val="center"/>
        </w:trPr>
        <w:tc>
          <w:tcPr>
            <w:tcW w:w="1666" w:type="pct"/>
            <w:vAlign w:val="center"/>
          </w:tcPr>
          <w:p w14:paraId="4996A539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vAlign w:val="center"/>
          </w:tcPr>
          <w:p w14:paraId="334D60A3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vAlign w:val="center"/>
          </w:tcPr>
          <w:p w14:paraId="3A811A64" w14:textId="03BE5E83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EF3522" w:rsidRPr="001D2856" w14:paraId="54984607" w14:textId="77777777" w:rsidTr="009D5B9A">
        <w:trPr>
          <w:trHeight w:val="850"/>
          <w:jc w:val="center"/>
        </w:trPr>
        <w:tc>
          <w:tcPr>
            <w:tcW w:w="1666" w:type="pct"/>
            <w:vAlign w:val="center"/>
          </w:tcPr>
          <w:p w14:paraId="68A30000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vAlign w:val="center"/>
          </w:tcPr>
          <w:p w14:paraId="5043DF15" w14:textId="77777777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vAlign w:val="center"/>
          </w:tcPr>
          <w:p w14:paraId="56D215B9" w14:textId="62C27065" w:rsidR="00EF3522" w:rsidRPr="001D2856" w:rsidRDefault="00EF3522" w:rsidP="00CE4578">
            <w:pPr>
              <w:spacing w:before="100" w:beforeAutospacing="1" w:after="100" w:afterAutospacing="1" w:line="400" w:lineRule="atLeast"/>
              <w:contextualSpacing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 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1D285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14:paraId="70C362FE" w14:textId="77777777" w:rsidR="00BA5E14" w:rsidRPr="001D2856" w:rsidRDefault="00BA5E14" w:rsidP="00CE4578">
      <w:pPr>
        <w:spacing w:before="100" w:beforeAutospacing="1" w:after="100" w:afterAutospacing="1" w:line="400" w:lineRule="atLeast"/>
        <w:contextualSpacing/>
        <w:rPr>
          <w:rFonts w:ascii="Times New Roman" w:eastAsia="標楷體" w:hAnsi="Times New Roman" w:cs="Times New Roman"/>
        </w:rPr>
      </w:pPr>
      <w:r w:rsidRPr="001D2856">
        <w:rPr>
          <w:rFonts w:ascii="Times New Roman" w:eastAsia="標楷體" w:hAnsi="Times New Roman" w:cs="Times New Roman" w:hint="eastAsia"/>
        </w:rPr>
        <w:t>(</w:t>
      </w:r>
      <w:r w:rsidRPr="001D2856">
        <w:rPr>
          <w:rFonts w:ascii="Times New Roman" w:eastAsia="標楷體" w:hAnsi="Times New Roman" w:cs="Times New Roman" w:hint="eastAsia"/>
        </w:rPr>
        <w:t>本表格可自行增刪</w:t>
      </w:r>
      <w:r w:rsidRPr="001D2856">
        <w:rPr>
          <w:rFonts w:ascii="Times New Roman" w:eastAsia="標楷體" w:hAnsi="Times New Roman" w:cs="Times New Roman" w:hint="eastAsia"/>
        </w:rPr>
        <w:t>)</w:t>
      </w:r>
    </w:p>
    <w:sectPr w:rsidR="00BA5E14" w:rsidRPr="001D2856" w:rsidSect="009D5B9A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7069D" w14:textId="77777777" w:rsidR="00C37E3C" w:rsidRDefault="00C37E3C" w:rsidP="003E6EDF">
      <w:pPr>
        <w:spacing w:after="0" w:line="240" w:lineRule="auto"/>
      </w:pPr>
      <w:r>
        <w:separator/>
      </w:r>
    </w:p>
  </w:endnote>
  <w:endnote w:type="continuationSeparator" w:id="0">
    <w:p w14:paraId="6D6C7E9F" w14:textId="77777777" w:rsidR="00C37E3C" w:rsidRDefault="00C37E3C" w:rsidP="003E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A5964" w14:textId="77777777" w:rsidR="00C37E3C" w:rsidRDefault="00C37E3C" w:rsidP="003E6EDF">
      <w:pPr>
        <w:spacing w:after="0" w:line="240" w:lineRule="auto"/>
      </w:pPr>
      <w:r>
        <w:separator/>
      </w:r>
    </w:p>
  </w:footnote>
  <w:footnote w:type="continuationSeparator" w:id="0">
    <w:p w14:paraId="56372270" w14:textId="77777777" w:rsidR="00C37E3C" w:rsidRDefault="00C37E3C" w:rsidP="003E6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4BCB" w14:textId="11C7F3D9" w:rsidR="003E6EDF" w:rsidRDefault="003E6EDF" w:rsidP="003E6ED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084"/>
        </w:tabs>
        <w:ind w:left="2084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21683"/>
    <w:multiLevelType w:val="hybridMultilevel"/>
    <w:tmpl w:val="4C5CD718"/>
    <w:lvl w:ilvl="0" w:tplc="9B0CBD28">
      <w:start w:val="1"/>
      <w:numFmt w:val="upperLetter"/>
      <w:lvlText w:val="【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68C509D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 w15:restartNumberingAfterBreak="0">
    <w:nsid w:val="08B67039"/>
    <w:multiLevelType w:val="hybridMultilevel"/>
    <w:tmpl w:val="38EAC33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092B78CE"/>
    <w:multiLevelType w:val="hybridMultilevel"/>
    <w:tmpl w:val="A074105E"/>
    <w:lvl w:ilvl="0" w:tplc="67882A7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E3C3DF0"/>
    <w:multiLevelType w:val="hybridMultilevel"/>
    <w:tmpl w:val="4F1672A0"/>
    <w:lvl w:ilvl="0" w:tplc="C584E5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EE9285C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12E04C72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142C1665"/>
    <w:multiLevelType w:val="hybridMultilevel"/>
    <w:tmpl w:val="DA2C68C8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17DF6CF0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" w15:restartNumberingAfterBreak="0">
    <w:nsid w:val="19C0175C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 w15:restartNumberingAfterBreak="0">
    <w:nsid w:val="1CF35EA4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26055468"/>
    <w:multiLevelType w:val="hybridMultilevel"/>
    <w:tmpl w:val="B98E2676"/>
    <w:lvl w:ilvl="0" w:tplc="D2105A0A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ACC7EDB"/>
    <w:multiLevelType w:val="multilevel"/>
    <w:tmpl w:val="B80AF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452E9B"/>
    <w:multiLevelType w:val="hybridMultilevel"/>
    <w:tmpl w:val="6E263C72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 w15:restartNumberingAfterBreak="0">
    <w:nsid w:val="2B482964"/>
    <w:multiLevelType w:val="hybridMultilevel"/>
    <w:tmpl w:val="00F62BD8"/>
    <w:lvl w:ilvl="0" w:tplc="82242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5FB2B40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390B0EE4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6" w15:restartNumberingAfterBreak="0">
    <w:nsid w:val="3A57640D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7" w15:restartNumberingAfterBreak="0">
    <w:nsid w:val="3BE27AD2"/>
    <w:multiLevelType w:val="hybridMultilevel"/>
    <w:tmpl w:val="1DC8D8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27D6644"/>
    <w:multiLevelType w:val="hybridMultilevel"/>
    <w:tmpl w:val="0448A45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9" w15:restartNumberingAfterBreak="0">
    <w:nsid w:val="4CA65322"/>
    <w:multiLevelType w:val="multilevel"/>
    <w:tmpl w:val="B80AF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8F16F41"/>
    <w:multiLevelType w:val="hybridMultilevel"/>
    <w:tmpl w:val="3B300C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21A0D62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A1C34E5"/>
    <w:multiLevelType w:val="hybridMultilevel"/>
    <w:tmpl w:val="535AFBB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2" w15:restartNumberingAfterBreak="0">
    <w:nsid w:val="5FED4565"/>
    <w:multiLevelType w:val="hybridMultilevel"/>
    <w:tmpl w:val="535AFBB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3" w15:restartNumberingAfterBreak="0">
    <w:nsid w:val="6C357E5C"/>
    <w:multiLevelType w:val="multilevel"/>
    <w:tmpl w:val="B80AFD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–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–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–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–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D1463E3"/>
    <w:multiLevelType w:val="hybridMultilevel"/>
    <w:tmpl w:val="6BF2B2E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" w15:restartNumberingAfterBreak="0">
    <w:nsid w:val="74FC3B3C"/>
    <w:multiLevelType w:val="hybridMultilevel"/>
    <w:tmpl w:val="E9DAF33A"/>
    <w:lvl w:ilvl="0" w:tplc="CE74DB18">
      <w:start w:val="2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21"/>
  </w:num>
  <w:num w:numId="12">
    <w:abstractNumId w:val="30"/>
  </w:num>
  <w:num w:numId="13">
    <w:abstractNumId w:val="9"/>
  </w:num>
  <w:num w:numId="14">
    <w:abstractNumId w:val="20"/>
  </w:num>
  <w:num w:numId="15">
    <w:abstractNumId w:val="17"/>
  </w:num>
  <w:num w:numId="16">
    <w:abstractNumId w:val="33"/>
  </w:num>
  <w:num w:numId="17">
    <w:abstractNumId w:val="29"/>
  </w:num>
  <w:num w:numId="18">
    <w:abstractNumId w:val="34"/>
  </w:num>
  <w:num w:numId="19">
    <w:abstractNumId w:val="22"/>
  </w:num>
  <w:num w:numId="20">
    <w:abstractNumId w:val="11"/>
  </w:num>
  <w:num w:numId="21">
    <w:abstractNumId w:val="16"/>
  </w:num>
  <w:num w:numId="22">
    <w:abstractNumId w:val="32"/>
  </w:num>
  <w:num w:numId="23">
    <w:abstractNumId w:val="31"/>
  </w:num>
  <w:num w:numId="24">
    <w:abstractNumId w:val="12"/>
  </w:num>
  <w:num w:numId="25">
    <w:abstractNumId w:val="13"/>
  </w:num>
  <w:num w:numId="26">
    <w:abstractNumId w:val="23"/>
  </w:num>
  <w:num w:numId="27">
    <w:abstractNumId w:val="18"/>
  </w:num>
  <w:num w:numId="28">
    <w:abstractNumId w:val="35"/>
  </w:num>
  <w:num w:numId="29">
    <w:abstractNumId w:val="19"/>
  </w:num>
  <w:num w:numId="30">
    <w:abstractNumId w:val="10"/>
  </w:num>
  <w:num w:numId="31">
    <w:abstractNumId w:val="14"/>
  </w:num>
  <w:num w:numId="32">
    <w:abstractNumId w:val="25"/>
  </w:num>
  <w:num w:numId="33">
    <w:abstractNumId w:val="28"/>
  </w:num>
  <w:num w:numId="34">
    <w:abstractNumId w:val="26"/>
  </w:num>
  <w:num w:numId="35">
    <w:abstractNumId w:val="15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C92"/>
    <w:rsid w:val="00034616"/>
    <w:rsid w:val="0006063C"/>
    <w:rsid w:val="00077AA7"/>
    <w:rsid w:val="000C01E1"/>
    <w:rsid w:val="0015074B"/>
    <w:rsid w:val="00173C1F"/>
    <w:rsid w:val="00246B6C"/>
    <w:rsid w:val="0029639D"/>
    <w:rsid w:val="003268C6"/>
    <w:rsid w:val="00326F90"/>
    <w:rsid w:val="00360EE7"/>
    <w:rsid w:val="003E6EDF"/>
    <w:rsid w:val="00497949"/>
    <w:rsid w:val="004A0CD0"/>
    <w:rsid w:val="005F7CFE"/>
    <w:rsid w:val="00673C1C"/>
    <w:rsid w:val="00681C21"/>
    <w:rsid w:val="006A31BD"/>
    <w:rsid w:val="006B1313"/>
    <w:rsid w:val="006F435C"/>
    <w:rsid w:val="00703D8B"/>
    <w:rsid w:val="008339CF"/>
    <w:rsid w:val="00861484"/>
    <w:rsid w:val="0092798B"/>
    <w:rsid w:val="009452C0"/>
    <w:rsid w:val="009D4910"/>
    <w:rsid w:val="009D5B9A"/>
    <w:rsid w:val="009F0AA9"/>
    <w:rsid w:val="00A24EDE"/>
    <w:rsid w:val="00A30222"/>
    <w:rsid w:val="00A6272E"/>
    <w:rsid w:val="00AA1D8D"/>
    <w:rsid w:val="00AC0955"/>
    <w:rsid w:val="00AF61C1"/>
    <w:rsid w:val="00B47730"/>
    <w:rsid w:val="00B7001A"/>
    <w:rsid w:val="00BA5E14"/>
    <w:rsid w:val="00BB3043"/>
    <w:rsid w:val="00BF6497"/>
    <w:rsid w:val="00C37E3C"/>
    <w:rsid w:val="00C42351"/>
    <w:rsid w:val="00C53C6C"/>
    <w:rsid w:val="00C67D69"/>
    <w:rsid w:val="00C826AF"/>
    <w:rsid w:val="00CB0664"/>
    <w:rsid w:val="00CE4578"/>
    <w:rsid w:val="00D41F4B"/>
    <w:rsid w:val="00E0021B"/>
    <w:rsid w:val="00E348F3"/>
    <w:rsid w:val="00EF3522"/>
    <w:rsid w:val="00F74612"/>
    <w:rsid w:val="00F83025"/>
    <w:rsid w:val="00FB701A"/>
    <w:rsid w:val="00FC693F"/>
    <w:rsid w:val="00FC6A5A"/>
    <w:rsid w:val="00FE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A4C8EF"/>
  <w14:defaultImageDpi w14:val="300"/>
  <w15:docId w15:val="{5EDD8BD9-0AD0-4464-8370-55DA3F17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hAnsi="微軟正黑體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BA5E14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sz w:val="24"/>
      <w:szCs w:val="24"/>
      <w:lang w:eastAsia="zh-TW"/>
    </w:rPr>
  </w:style>
  <w:style w:type="character" w:styleId="affa">
    <w:name w:val="annotation reference"/>
    <w:basedOn w:val="a2"/>
    <w:uiPriority w:val="99"/>
    <w:semiHidden/>
    <w:unhideWhenUsed/>
    <w:rsid w:val="00077AA7"/>
    <w:rPr>
      <w:sz w:val="18"/>
      <w:szCs w:val="18"/>
    </w:rPr>
  </w:style>
  <w:style w:type="paragraph" w:styleId="affb">
    <w:name w:val="annotation text"/>
    <w:basedOn w:val="a1"/>
    <w:link w:val="affc"/>
    <w:uiPriority w:val="99"/>
    <w:semiHidden/>
    <w:unhideWhenUsed/>
    <w:rsid w:val="00077AA7"/>
  </w:style>
  <w:style w:type="character" w:customStyle="1" w:styleId="affc">
    <w:name w:val="註解文字 字元"/>
    <w:basedOn w:val="a2"/>
    <w:link w:val="affb"/>
    <w:uiPriority w:val="99"/>
    <w:semiHidden/>
    <w:rsid w:val="00077AA7"/>
    <w:rPr>
      <w:rFonts w:ascii="微軟正黑體" w:hAnsi="微軟正黑體"/>
      <w:color w:val="333333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7AA7"/>
    <w:rPr>
      <w:b/>
      <w:bCs/>
    </w:rPr>
  </w:style>
  <w:style w:type="character" w:customStyle="1" w:styleId="affe">
    <w:name w:val="註解主旨 字元"/>
    <w:basedOn w:val="affc"/>
    <w:link w:val="affd"/>
    <w:uiPriority w:val="99"/>
    <w:semiHidden/>
    <w:rsid w:val="00077AA7"/>
    <w:rPr>
      <w:rFonts w:ascii="微軟正黑體" w:hAnsi="微軟正黑體"/>
      <w:b/>
      <w:bCs/>
      <w:color w:val="333333"/>
    </w:rPr>
  </w:style>
  <w:style w:type="paragraph" w:styleId="afff">
    <w:name w:val="Balloon Text"/>
    <w:basedOn w:val="a1"/>
    <w:link w:val="afff0"/>
    <w:uiPriority w:val="99"/>
    <w:semiHidden/>
    <w:unhideWhenUsed/>
    <w:rsid w:val="00A6272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0">
    <w:name w:val="註解方塊文字 字元"/>
    <w:basedOn w:val="a2"/>
    <w:link w:val="afff"/>
    <w:uiPriority w:val="99"/>
    <w:semiHidden/>
    <w:rsid w:val="00A6272E"/>
    <w:rPr>
      <w:rFonts w:asciiTheme="majorHAnsi" w:eastAsiaTheme="majorEastAsia" w:hAnsiTheme="majorHAnsi" w:cstheme="majorBid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2C4C3B-3A9B-4719-A988-F74FEC4EA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user</cp:lastModifiedBy>
  <cp:revision>3</cp:revision>
  <cp:lastPrinted>2026-10-04T04:00:00Z</cp:lastPrinted>
  <dcterms:created xsi:type="dcterms:W3CDTF">2026-10-19T06:17:00Z</dcterms:created>
  <dcterms:modified xsi:type="dcterms:W3CDTF">2026-10-28T03:12:00Z</dcterms:modified>
  <cp:category/>
</cp:coreProperties>
</file>