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8FE41" w14:textId="3DBDB0CC" w:rsidR="00BA5E14" w:rsidRPr="009D5B9A" w:rsidRDefault="00F83025" w:rsidP="00D41F4B">
      <w:pPr>
        <w:pStyle w:val="Default"/>
        <w:spacing w:line="400" w:lineRule="atLeast"/>
        <w:contextualSpacing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9D5B9A">
        <w:rPr>
          <w:rFonts w:ascii="Times New Roman" w:hAnsi="Times New Roman" w:cs="Times New Roman"/>
          <w:b/>
          <w:noProof/>
          <w:color w:val="auto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10F232" wp14:editId="2B99267F">
                <wp:simplePos x="0" y="0"/>
                <wp:positionH relativeFrom="column">
                  <wp:posOffset>5970270</wp:posOffset>
                </wp:positionH>
                <wp:positionV relativeFrom="paragraph">
                  <wp:posOffset>-347980</wp:posOffset>
                </wp:positionV>
                <wp:extent cx="609600" cy="32385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4DDF6" w14:textId="6B2EDC3C" w:rsidR="00C826AF" w:rsidRPr="00726A9D" w:rsidRDefault="00C826AF" w:rsidP="00C826AF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26A9D">
                              <w:rPr>
                                <w:rFonts w:ascii="Times New Roman" w:eastAsia="標楷體" w:hAnsi="Times New Roman" w:cs="Times New Roman"/>
                              </w:rPr>
                              <w:t>附表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10F232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70.1pt;margin-top:-27.4pt;width:48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" fillcolor="white [3201]" strokeweight=".5pt">
                <v:textbox>
                  <w:txbxContent>
                    <w:p w14:paraId="50D4DDF6" w14:textId="6B2EDC3C" w:rsidR="00C826AF" w:rsidRPr="00726A9D" w:rsidRDefault="00C826AF" w:rsidP="00C826AF">
                      <w:pPr>
                        <w:rPr>
                          <w:rFonts w:ascii="Times New Roman" w:eastAsia="標楷體" w:hAnsi="Times New Roman" w:cs="Times New Roman"/>
                        </w:rPr>
                      </w:pPr>
                      <w:r w:rsidRPr="00726A9D">
                        <w:rPr>
                          <w:rFonts w:ascii="Times New Roman" w:eastAsia="標楷體" w:hAnsi="Times New Roman" w:cs="Times New Roman"/>
                        </w:rPr>
                        <w:t>附表</w:t>
                      </w:r>
                      <w:r>
                        <w:rPr>
                          <w:rFonts w:ascii="Times New Roman" w:eastAsia="標楷體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A5E14" w:rsidRPr="009D5B9A">
        <w:rPr>
          <w:rFonts w:ascii="Times New Roman" w:hAnsi="Times New Roman" w:cs="Times New Roman"/>
          <w:b/>
          <w:bCs/>
          <w:color w:val="auto"/>
          <w:sz w:val="40"/>
          <w:szCs w:val="40"/>
        </w:rPr>
        <w:t>202</w:t>
      </w:r>
      <w:r w:rsidR="008B738D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7</w:t>
      </w:r>
      <w:r w:rsidR="00BA5E14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育達觀休</w:t>
      </w:r>
      <w:proofErr w:type="gramStart"/>
      <w:r w:rsidR="00BA5E14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盃</w:t>
      </w:r>
      <w:proofErr w:type="gramEnd"/>
      <w:r w:rsidR="00BA5E14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創意遊程</w:t>
      </w:r>
      <w:r w:rsidR="00CE4578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設計</w:t>
      </w:r>
      <w:r w:rsidR="00BA5E14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暨專題製作競賽</w:t>
      </w:r>
    </w:p>
    <w:p w14:paraId="1970133F" w14:textId="2A48E6E7" w:rsidR="00BA5E14" w:rsidRPr="009D5B9A" w:rsidRDefault="00BA5E14" w:rsidP="009D5B9A">
      <w:pPr>
        <w:pStyle w:val="Default"/>
        <w:spacing w:beforeLines="100" w:before="240" w:after="240" w:line="400" w:lineRule="atLeast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9D5B9A">
        <w:rPr>
          <w:rFonts w:ascii="Times New Roman" w:hAnsi="Times New Roman" w:cs="Times New Roman" w:hint="eastAsia"/>
          <w:b/>
          <w:color w:val="auto"/>
          <w:sz w:val="36"/>
          <w:szCs w:val="36"/>
        </w:rPr>
        <w:t>報名表</w:t>
      </w:r>
    </w:p>
    <w:tbl>
      <w:tblPr>
        <w:tblStyle w:val="aff2"/>
        <w:tblW w:w="504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40"/>
        <w:gridCol w:w="1277"/>
        <w:gridCol w:w="1281"/>
        <w:gridCol w:w="1124"/>
        <w:gridCol w:w="1703"/>
        <w:gridCol w:w="703"/>
        <w:gridCol w:w="2411"/>
      </w:tblGrid>
      <w:tr w:rsidR="00D41F4B" w:rsidRPr="001D2856" w14:paraId="0C2BFB80" w14:textId="77777777" w:rsidTr="009D5B9A">
        <w:trPr>
          <w:trHeight w:val="737"/>
        </w:trPr>
        <w:tc>
          <w:tcPr>
            <w:tcW w:w="767" w:type="pct"/>
            <w:vAlign w:val="center"/>
          </w:tcPr>
          <w:p w14:paraId="7B9F219D" w14:textId="77777777" w:rsidR="00D41F4B" w:rsidRPr="009D5B9A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作品名稱</w:t>
            </w:r>
            <w:proofErr w:type="spellEnd"/>
          </w:p>
        </w:tc>
        <w:tc>
          <w:tcPr>
            <w:tcW w:w="4233" w:type="pct"/>
            <w:gridSpan w:val="6"/>
            <w:vAlign w:val="center"/>
          </w:tcPr>
          <w:p w14:paraId="22D97A0D" w14:textId="68C5B655" w:rsidR="00D41F4B" w:rsidRPr="001D2856" w:rsidRDefault="00D41F4B" w:rsidP="00D41F4B">
            <w:pPr>
              <w:spacing w:line="400" w:lineRule="atLeast"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1F4B" w:rsidRPr="001D2856" w14:paraId="7417B584" w14:textId="77777777" w:rsidTr="009D5B9A">
        <w:trPr>
          <w:trHeight w:val="737"/>
        </w:trPr>
        <w:tc>
          <w:tcPr>
            <w:tcW w:w="767" w:type="pct"/>
            <w:tcBorders>
              <w:bottom w:val="single" w:sz="4" w:space="0" w:color="auto"/>
            </w:tcBorders>
            <w:vAlign w:val="center"/>
          </w:tcPr>
          <w:p w14:paraId="0E5C0883" w14:textId="77777777" w:rsidR="00D41F4B" w:rsidRPr="009D5B9A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參賽學校</w:t>
            </w:r>
            <w:proofErr w:type="spellEnd"/>
          </w:p>
        </w:tc>
        <w:tc>
          <w:tcPr>
            <w:tcW w:w="4233" w:type="pct"/>
            <w:gridSpan w:val="6"/>
            <w:vAlign w:val="center"/>
          </w:tcPr>
          <w:p w14:paraId="7BBF471A" w14:textId="4629334E" w:rsidR="00D41F4B" w:rsidRPr="001D2856" w:rsidRDefault="00D41F4B" w:rsidP="00D41F4B">
            <w:pPr>
              <w:spacing w:line="400" w:lineRule="atLeast"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1F4B" w:rsidRPr="001D2856" w14:paraId="591BB3CE" w14:textId="77777777" w:rsidTr="009D5B9A">
        <w:trPr>
          <w:trHeight w:val="737"/>
        </w:trPr>
        <w:tc>
          <w:tcPr>
            <w:tcW w:w="767" w:type="pct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C9B7992" w14:textId="289957ED" w:rsidR="00D41F4B" w:rsidRPr="009D5B9A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指導老師</w:t>
            </w:r>
            <w:proofErr w:type="spellEnd"/>
          </w:p>
        </w:tc>
        <w:tc>
          <w:tcPr>
            <w:tcW w:w="1834" w:type="pct"/>
            <w:gridSpan w:val="3"/>
            <w:tcBorders>
              <w:bottom w:val="single" w:sz="4" w:space="0" w:color="auto"/>
            </w:tcBorders>
            <w:vAlign w:val="center"/>
          </w:tcPr>
          <w:p w14:paraId="0393B02F" w14:textId="279BE473" w:rsidR="00D41F4B" w:rsidRPr="001D2856" w:rsidRDefault="00D41F4B" w:rsidP="00D41F4B">
            <w:pPr>
              <w:spacing w:line="400" w:lineRule="atLeast"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48" w:type="pct"/>
            <w:tcBorders>
              <w:bottom w:val="single" w:sz="4" w:space="0" w:color="auto"/>
            </w:tcBorders>
            <w:vAlign w:val="center"/>
          </w:tcPr>
          <w:p w14:paraId="53DA9BE4" w14:textId="1649332A" w:rsidR="00D41F4B" w:rsidRPr="009D5B9A" w:rsidRDefault="00D41F4B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連絡電話</w:t>
            </w:r>
            <w:proofErr w:type="spellEnd"/>
          </w:p>
        </w:tc>
        <w:tc>
          <w:tcPr>
            <w:tcW w:w="1550" w:type="pct"/>
            <w:gridSpan w:val="2"/>
            <w:tcBorders>
              <w:bottom w:val="single" w:sz="4" w:space="0" w:color="auto"/>
            </w:tcBorders>
            <w:vAlign w:val="center"/>
          </w:tcPr>
          <w:p w14:paraId="049B691A" w14:textId="77777777" w:rsidR="00D41F4B" w:rsidRPr="001D2856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1F4B" w:rsidRPr="001D2856" w14:paraId="1001AFFE" w14:textId="77777777" w:rsidTr="009D5B9A">
        <w:trPr>
          <w:trHeight w:val="737"/>
        </w:trPr>
        <w:tc>
          <w:tcPr>
            <w:tcW w:w="767" w:type="pct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6CDC9DE" w14:textId="77777777" w:rsidR="00D41F4B" w:rsidRPr="001D2856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34" w:type="pct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FC60FEE" w14:textId="367D4001" w:rsidR="00D41F4B" w:rsidRPr="001D2856" w:rsidRDefault="00D41F4B" w:rsidP="00D41F4B">
            <w:pPr>
              <w:spacing w:line="400" w:lineRule="atLeast"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48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C5E05D7" w14:textId="77777777" w:rsidR="00D41F4B" w:rsidRPr="009D5B9A" w:rsidRDefault="00D41F4B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LINE ID</w:t>
            </w:r>
          </w:p>
        </w:tc>
        <w:tc>
          <w:tcPr>
            <w:tcW w:w="1550" w:type="pct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E12BDA1" w14:textId="77777777" w:rsidR="00D41F4B" w:rsidRPr="001D2856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E4578" w:rsidRPr="001D2856" w14:paraId="056C04F6" w14:textId="77777777" w:rsidTr="009D5B9A">
        <w:trPr>
          <w:trHeight w:val="737"/>
        </w:trPr>
        <w:tc>
          <w:tcPr>
            <w:tcW w:w="767" w:type="pct"/>
            <w:vMerge w:val="restart"/>
            <w:tcBorders>
              <w:top w:val="double" w:sz="4" w:space="0" w:color="auto"/>
            </w:tcBorders>
            <w:vAlign w:val="center"/>
          </w:tcPr>
          <w:p w14:paraId="2BC96955" w14:textId="77777777" w:rsidR="00CE4578" w:rsidRPr="009D5B9A" w:rsidRDefault="00CE4578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參賽同學</w:t>
            </w:r>
            <w:proofErr w:type="spellEnd"/>
          </w:p>
        </w:tc>
        <w:tc>
          <w:tcPr>
            <w:tcW w:w="636" w:type="pct"/>
            <w:tcBorders>
              <w:top w:val="double" w:sz="4" w:space="0" w:color="auto"/>
            </w:tcBorders>
            <w:vAlign w:val="center"/>
          </w:tcPr>
          <w:p w14:paraId="3862E2FD" w14:textId="66DA2CF9" w:rsidR="00CE4578" w:rsidRPr="009D5B9A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lang w:eastAsia="zh-TW"/>
              </w:rPr>
              <w:t>職稱</w:t>
            </w:r>
          </w:p>
        </w:tc>
        <w:tc>
          <w:tcPr>
            <w:tcW w:w="1198" w:type="pct"/>
            <w:gridSpan w:val="2"/>
            <w:tcBorders>
              <w:top w:val="double" w:sz="4" w:space="0" w:color="auto"/>
            </w:tcBorders>
            <w:vAlign w:val="center"/>
          </w:tcPr>
          <w:p w14:paraId="17FAC0BB" w14:textId="58A28DB8" w:rsidR="00CE4578" w:rsidRPr="009D5B9A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98" w:type="pct"/>
            <w:gridSpan w:val="2"/>
            <w:tcBorders>
              <w:top w:val="double" w:sz="4" w:space="0" w:color="auto"/>
            </w:tcBorders>
            <w:vAlign w:val="center"/>
          </w:tcPr>
          <w:p w14:paraId="296BFE83" w14:textId="0BFEDBED" w:rsidR="00CE4578" w:rsidRPr="009D5B9A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就讀班級</w:t>
            </w:r>
            <w:proofErr w:type="spellEnd"/>
          </w:p>
        </w:tc>
        <w:tc>
          <w:tcPr>
            <w:tcW w:w="1200" w:type="pct"/>
            <w:tcBorders>
              <w:top w:val="double" w:sz="4" w:space="0" w:color="auto"/>
            </w:tcBorders>
            <w:vAlign w:val="center"/>
          </w:tcPr>
          <w:p w14:paraId="2F0F9FA3" w14:textId="77777777" w:rsidR="00CE4578" w:rsidRPr="009D5B9A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LINE ID</w:t>
            </w:r>
          </w:p>
        </w:tc>
      </w:tr>
      <w:tr w:rsidR="00CE4578" w:rsidRPr="001D2856" w14:paraId="621DC653" w14:textId="77777777" w:rsidTr="009D5B9A">
        <w:trPr>
          <w:trHeight w:val="737"/>
        </w:trPr>
        <w:tc>
          <w:tcPr>
            <w:tcW w:w="767" w:type="pct"/>
            <w:vMerge/>
            <w:vAlign w:val="center"/>
          </w:tcPr>
          <w:p w14:paraId="1C07158E" w14:textId="77777777" w:rsidR="00CE4578" w:rsidRPr="001D2856" w:rsidRDefault="00CE4578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680D174F" w14:textId="3B69A8BA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隊長</w:t>
            </w:r>
          </w:p>
        </w:tc>
        <w:tc>
          <w:tcPr>
            <w:tcW w:w="1198" w:type="pct"/>
            <w:gridSpan w:val="2"/>
            <w:vAlign w:val="center"/>
          </w:tcPr>
          <w:p w14:paraId="7E19B76B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vAlign w:val="center"/>
          </w:tcPr>
          <w:p w14:paraId="6A691015" w14:textId="5109C00E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vAlign w:val="center"/>
          </w:tcPr>
          <w:p w14:paraId="5B9AF109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E4578" w:rsidRPr="001D2856" w14:paraId="342DF008" w14:textId="77777777" w:rsidTr="009D5B9A">
        <w:trPr>
          <w:trHeight w:val="737"/>
        </w:trPr>
        <w:tc>
          <w:tcPr>
            <w:tcW w:w="767" w:type="pct"/>
            <w:vMerge/>
            <w:vAlign w:val="center"/>
          </w:tcPr>
          <w:p w14:paraId="2B4E591C" w14:textId="77777777" w:rsidR="00CE4578" w:rsidRPr="001D2856" w:rsidRDefault="00CE4578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283E1C76" w14:textId="5A22AB23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隊員</w:t>
            </w:r>
          </w:p>
        </w:tc>
        <w:tc>
          <w:tcPr>
            <w:tcW w:w="1198" w:type="pct"/>
            <w:gridSpan w:val="2"/>
            <w:vAlign w:val="center"/>
          </w:tcPr>
          <w:p w14:paraId="14F5C966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vAlign w:val="center"/>
          </w:tcPr>
          <w:p w14:paraId="37A9DCFA" w14:textId="4332F535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vAlign w:val="center"/>
          </w:tcPr>
          <w:p w14:paraId="0A8F3D43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E4578" w:rsidRPr="001D2856" w14:paraId="1D8F25DC" w14:textId="77777777" w:rsidTr="009D5B9A">
        <w:trPr>
          <w:trHeight w:val="737"/>
        </w:trPr>
        <w:tc>
          <w:tcPr>
            <w:tcW w:w="767" w:type="pct"/>
            <w:vMerge/>
            <w:vAlign w:val="center"/>
          </w:tcPr>
          <w:p w14:paraId="615E41B0" w14:textId="77777777" w:rsidR="00CE4578" w:rsidRPr="001D2856" w:rsidRDefault="00CE4578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542FFD50" w14:textId="549C6788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隊員</w:t>
            </w:r>
          </w:p>
        </w:tc>
        <w:tc>
          <w:tcPr>
            <w:tcW w:w="1198" w:type="pct"/>
            <w:gridSpan w:val="2"/>
            <w:vAlign w:val="center"/>
          </w:tcPr>
          <w:p w14:paraId="47347108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vAlign w:val="center"/>
          </w:tcPr>
          <w:p w14:paraId="57538E9F" w14:textId="68BA1E9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vAlign w:val="center"/>
          </w:tcPr>
          <w:p w14:paraId="3B9350CA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E4578" w:rsidRPr="001D2856" w14:paraId="1967DD79" w14:textId="77777777" w:rsidTr="009D5B9A">
        <w:trPr>
          <w:trHeight w:val="737"/>
        </w:trPr>
        <w:tc>
          <w:tcPr>
            <w:tcW w:w="767" w:type="pct"/>
            <w:vMerge/>
            <w:vAlign w:val="center"/>
          </w:tcPr>
          <w:p w14:paraId="17AC1F8C" w14:textId="77777777" w:rsidR="00CE4578" w:rsidRPr="001D2856" w:rsidRDefault="00CE4578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708EEEA2" w14:textId="76B56861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隊員</w:t>
            </w:r>
          </w:p>
        </w:tc>
        <w:tc>
          <w:tcPr>
            <w:tcW w:w="1198" w:type="pct"/>
            <w:gridSpan w:val="2"/>
            <w:vAlign w:val="center"/>
          </w:tcPr>
          <w:p w14:paraId="538F6178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vAlign w:val="center"/>
          </w:tcPr>
          <w:p w14:paraId="4295865E" w14:textId="44D2518D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vAlign w:val="center"/>
          </w:tcPr>
          <w:p w14:paraId="7D50A21B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E4578" w:rsidRPr="001D2856" w14:paraId="119725D2" w14:textId="77777777" w:rsidTr="009D5B9A">
        <w:trPr>
          <w:trHeight w:val="737"/>
        </w:trPr>
        <w:tc>
          <w:tcPr>
            <w:tcW w:w="767" w:type="pct"/>
            <w:vMerge/>
            <w:vAlign w:val="center"/>
          </w:tcPr>
          <w:p w14:paraId="40A82194" w14:textId="77777777" w:rsidR="00CE4578" w:rsidRPr="001D2856" w:rsidRDefault="00CE4578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78CA8B8D" w14:textId="287238CA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隊員</w:t>
            </w:r>
          </w:p>
        </w:tc>
        <w:tc>
          <w:tcPr>
            <w:tcW w:w="1198" w:type="pct"/>
            <w:gridSpan w:val="2"/>
            <w:vAlign w:val="center"/>
          </w:tcPr>
          <w:p w14:paraId="5A8F2437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vAlign w:val="center"/>
          </w:tcPr>
          <w:p w14:paraId="2FAAC46F" w14:textId="71440C0C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vAlign w:val="center"/>
          </w:tcPr>
          <w:p w14:paraId="453EB449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E4578" w:rsidRPr="001D2856" w14:paraId="3BA20EBC" w14:textId="77777777" w:rsidTr="009D5B9A">
        <w:trPr>
          <w:trHeight w:val="737"/>
        </w:trPr>
        <w:tc>
          <w:tcPr>
            <w:tcW w:w="767" w:type="pct"/>
            <w:vMerge/>
            <w:vAlign w:val="center"/>
          </w:tcPr>
          <w:p w14:paraId="6E929FD6" w14:textId="77777777" w:rsidR="00CE4578" w:rsidRPr="001D2856" w:rsidRDefault="00CE4578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14:paraId="1DC153E5" w14:textId="40F9786C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隊員</w:t>
            </w:r>
          </w:p>
        </w:tc>
        <w:tc>
          <w:tcPr>
            <w:tcW w:w="1198" w:type="pct"/>
            <w:gridSpan w:val="2"/>
            <w:vAlign w:val="center"/>
          </w:tcPr>
          <w:p w14:paraId="0D45B842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vAlign w:val="center"/>
          </w:tcPr>
          <w:p w14:paraId="58314C5B" w14:textId="1703F11E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vAlign w:val="center"/>
          </w:tcPr>
          <w:p w14:paraId="764B239C" w14:textId="77777777" w:rsidR="00CE4578" w:rsidRPr="001D2856" w:rsidRDefault="00CE4578" w:rsidP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1F4B" w:rsidRPr="001D2856" w14:paraId="764E14F5" w14:textId="77777777" w:rsidTr="009D5B9A">
        <w:trPr>
          <w:trHeight w:val="737"/>
        </w:trPr>
        <w:tc>
          <w:tcPr>
            <w:tcW w:w="5000" w:type="pct"/>
            <w:gridSpan w:val="7"/>
            <w:vAlign w:val="center"/>
          </w:tcPr>
          <w:p w14:paraId="531C0DE6" w14:textId="1CBC30B1" w:rsidR="00D41F4B" w:rsidRPr="009D5B9A" w:rsidRDefault="00D41F4B">
            <w:pPr>
              <w:spacing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聯絡人</w:t>
            </w:r>
            <w:proofErr w:type="spellEnd"/>
          </w:p>
        </w:tc>
      </w:tr>
      <w:tr w:rsidR="00D41F4B" w:rsidRPr="001D2856" w14:paraId="3C1C6409" w14:textId="77777777" w:rsidTr="009D5B9A">
        <w:trPr>
          <w:trHeight w:val="737"/>
        </w:trPr>
        <w:tc>
          <w:tcPr>
            <w:tcW w:w="2041" w:type="pct"/>
            <w:gridSpan w:val="3"/>
            <w:vMerge w:val="restart"/>
            <w:vAlign w:val="center"/>
          </w:tcPr>
          <w:p w14:paraId="2C86E421" w14:textId="0A8972FE" w:rsidR="00D41F4B" w:rsidRPr="009D5B9A" w:rsidRDefault="00D41F4B">
            <w:pPr>
              <w:spacing w:line="400" w:lineRule="atLeast"/>
              <w:contextualSpacing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lang w:eastAsia="zh-TW"/>
              </w:rPr>
              <w:t>隊長</w:t>
            </w: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姓名</w:t>
            </w:r>
            <w:proofErr w:type="spellEnd"/>
            <w:r w:rsidR="00E0021B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lang w:eastAsia="zh-TW"/>
              </w:rPr>
              <w:t>：</w:t>
            </w:r>
          </w:p>
        </w:tc>
        <w:tc>
          <w:tcPr>
            <w:tcW w:w="2959" w:type="pct"/>
            <w:gridSpan w:val="4"/>
            <w:vAlign w:val="center"/>
          </w:tcPr>
          <w:p w14:paraId="4DEA99D5" w14:textId="77777777" w:rsidR="00D41F4B" w:rsidRPr="009D5B9A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spellStart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行動電話</w:t>
            </w:r>
            <w:proofErr w:type="spellEnd"/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：</w:t>
            </w:r>
          </w:p>
        </w:tc>
      </w:tr>
      <w:tr w:rsidR="00D41F4B" w:rsidRPr="001D2856" w14:paraId="556BC941" w14:textId="77777777" w:rsidTr="009D5B9A">
        <w:trPr>
          <w:trHeight w:val="737"/>
        </w:trPr>
        <w:tc>
          <w:tcPr>
            <w:tcW w:w="2041" w:type="pct"/>
            <w:gridSpan w:val="3"/>
            <w:vMerge/>
          </w:tcPr>
          <w:p w14:paraId="28367713" w14:textId="5A7E2006" w:rsidR="00D41F4B" w:rsidRPr="001D2856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59" w:type="pct"/>
            <w:gridSpan w:val="4"/>
            <w:vAlign w:val="center"/>
          </w:tcPr>
          <w:p w14:paraId="4C82EA85" w14:textId="77777777" w:rsidR="00D41F4B" w:rsidRPr="009D5B9A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E-mail</w:t>
            </w:r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：</w:t>
            </w:r>
          </w:p>
        </w:tc>
      </w:tr>
      <w:tr w:rsidR="00D41F4B" w:rsidRPr="001D2856" w14:paraId="0E9BABF4" w14:textId="77777777" w:rsidTr="009D5B9A">
        <w:trPr>
          <w:trHeight w:val="737"/>
        </w:trPr>
        <w:tc>
          <w:tcPr>
            <w:tcW w:w="2041" w:type="pct"/>
            <w:gridSpan w:val="3"/>
            <w:vMerge/>
          </w:tcPr>
          <w:p w14:paraId="2314B3C2" w14:textId="07F3864C" w:rsidR="00D41F4B" w:rsidRPr="001D2856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959" w:type="pct"/>
            <w:gridSpan w:val="4"/>
            <w:vAlign w:val="center"/>
          </w:tcPr>
          <w:p w14:paraId="6C40D797" w14:textId="77777777" w:rsidR="00D41F4B" w:rsidRPr="009D5B9A" w:rsidRDefault="00D41F4B" w:rsidP="00D41F4B">
            <w:pPr>
              <w:spacing w:line="400" w:lineRule="atLeast"/>
              <w:contextualSpacing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LINE ID</w:t>
            </w:r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：</w:t>
            </w:r>
          </w:p>
        </w:tc>
      </w:tr>
    </w:tbl>
    <w:p w14:paraId="16126E81" w14:textId="5E070210" w:rsidR="00BF6497" w:rsidRPr="00CE4578" w:rsidRDefault="00BA5E14" w:rsidP="00CE4578">
      <w:pPr>
        <w:spacing w:line="400" w:lineRule="atLeast"/>
        <w:contextualSpacing/>
        <w:rPr>
          <w:rFonts w:ascii="Times New Roman" w:eastAsia="標楷體" w:hAnsi="Times New Roman" w:cs="Times New Roman"/>
        </w:rPr>
      </w:pPr>
      <w:r w:rsidRPr="001D2856">
        <w:rPr>
          <w:rFonts w:ascii="Times New Roman" w:eastAsia="標楷體" w:hAnsi="Times New Roman" w:cs="Times New Roman"/>
        </w:rPr>
        <w:t>(</w:t>
      </w:r>
      <w:proofErr w:type="spellStart"/>
      <w:r w:rsidRPr="001D2856">
        <w:rPr>
          <w:rFonts w:ascii="Times New Roman" w:eastAsia="標楷體" w:hAnsi="Times New Roman" w:cs="Times New Roman"/>
        </w:rPr>
        <w:t>本表格可自行增刪</w:t>
      </w:r>
      <w:proofErr w:type="spellEnd"/>
      <w:r w:rsidRPr="001D2856">
        <w:rPr>
          <w:rFonts w:ascii="Times New Roman" w:eastAsia="標楷體" w:hAnsi="Times New Roman" w:cs="Times New Roman"/>
        </w:rPr>
        <w:t>)</w:t>
      </w:r>
    </w:p>
    <w:sectPr w:rsidR="00BF6497" w:rsidRPr="00CE4578" w:rsidSect="009D5B9A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0E7B" w14:textId="77777777" w:rsidR="00157638" w:rsidRDefault="00157638" w:rsidP="003E6EDF">
      <w:pPr>
        <w:spacing w:after="0" w:line="240" w:lineRule="auto"/>
      </w:pPr>
      <w:r>
        <w:separator/>
      </w:r>
    </w:p>
  </w:endnote>
  <w:endnote w:type="continuationSeparator" w:id="0">
    <w:p w14:paraId="2FC55704" w14:textId="77777777" w:rsidR="00157638" w:rsidRDefault="00157638" w:rsidP="003E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3B61F" w14:textId="77777777" w:rsidR="00157638" w:rsidRDefault="00157638" w:rsidP="003E6EDF">
      <w:pPr>
        <w:spacing w:after="0" w:line="240" w:lineRule="auto"/>
      </w:pPr>
      <w:r>
        <w:separator/>
      </w:r>
    </w:p>
  </w:footnote>
  <w:footnote w:type="continuationSeparator" w:id="0">
    <w:p w14:paraId="41D5FA0E" w14:textId="77777777" w:rsidR="00157638" w:rsidRDefault="00157638" w:rsidP="003E6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4BCB" w14:textId="11C7F3D9" w:rsidR="003E6EDF" w:rsidRDefault="003E6EDF" w:rsidP="003E6ED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2084"/>
        </w:tabs>
        <w:ind w:left="2084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D21683"/>
    <w:multiLevelType w:val="hybridMultilevel"/>
    <w:tmpl w:val="4C5CD718"/>
    <w:lvl w:ilvl="0" w:tplc="9B0CBD28">
      <w:start w:val="1"/>
      <w:numFmt w:val="upperLetter"/>
      <w:lvlText w:val="【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68C509D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08B67039"/>
    <w:multiLevelType w:val="hybridMultilevel"/>
    <w:tmpl w:val="38EAC33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092B78CE"/>
    <w:multiLevelType w:val="hybridMultilevel"/>
    <w:tmpl w:val="A074105E"/>
    <w:lvl w:ilvl="0" w:tplc="67882A7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E3C3DF0"/>
    <w:multiLevelType w:val="hybridMultilevel"/>
    <w:tmpl w:val="4F1672A0"/>
    <w:lvl w:ilvl="0" w:tplc="C584E5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EE9285C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12E04C72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142C1665"/>
    <w:multiLevelType w:val="hybridMultilevel"/>
    <w:tmpl w:val="DA2C68C8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" w15:restartNumberingAfterBreak="0">
    <w:nsid w:val="17DF6CF0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" w15:restartNumberingAfterBreak="0">
    <w:nsid w:val="19C0175C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 w15:restartNumberingAfterBreak="0">
    <w:nsid w:val="1CF35EA4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26055468"/>
    <w:multiLevelType w:val="hybridMultilevel"/>
    <w:tmpl w:val="B98E2676"/>
    <w:lvl w:ilvl="0" w:tplc="D2105A0A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ACC7EDB"/>
    <w:multiLevelType w:val="multilevel"/>
    <w:tmpl w:val="B80AF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–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452E9B"/>
    <w:multiLevelType w:val="hybridMultilevel"/>
    <w:tmpl w:val="6E263C72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 w15:restartNumberingAfterBreak="0">
    <w:nsid w:val="2B482964"/>
    <w:multiLevelType w:val="hybridMultilevel"/>
    <w:tmpl w:val="00F62BD8"/>
    <w:lvl w:ilvl="0" w:tplc="82242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5FB2B40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390B0EE4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6" w15:restartNumberingAfterBreak="0">
    <w:nsid w:val="3A57640D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7" w15:restartNumberingAfterBreak="0">
    <w:nsid w:val="3BE27AD2"/>
    <w:multiLevelType w:val="hybridMultilevel"/>
    <w:tmpl w:val="1DC8D8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27D6644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9" w15:restartNumberingAfterBreak="0">
    <w:nsid w:val="4CA65322"/>
    <w:multiLevelType w:val="multilevel"/>
    <w:tmpl w:val="B80AF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–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8F16F41"/>
    <w:multiLevelType w:val="hybridMultilevel"/>
    <w:tmpl w:val="3B300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1A0D62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A1C34E5"/>
    <w:multiLevelType w:val="hybridMultilevel"/>
    <w:tmpl w:val="535AFBB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2" w15:restartNumberingAfterBreak="0">
    <w:nsid w:val="5FED4565"/>
    <w:multiLevelType w:val="hybridMultilevel"/>
    <w:tmpl w:val="535AFBB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3" w15:restartNumberingAfterBreak="0">
    <w:nsid w:val="6C357E5C"/>
    <w:multiLevelType w:val="multilevel"/>
    <w:tmpl w:val="B80AFD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–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D1463E3"/>
    <w:multiLevelType w:val="hybridMultilevel"/>
    <w:tmpl w:val="6BF2B2E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" w15:restartNumberingAfterBreak="0">
    <w:nsid w:val="74FC3B3C"/>
    <w:multiLevelType w:val="hybridMultilevel"/>
    <w:tmpl w:val="E9DAF33A"/>
    <w:lvl w:ilvl="0" w:tplc="CE74DB18">
      <w:start w:val="2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21"/>
  </w:num>
  <w:num w:numId="12">
    <w:abstractNumId w:val="30"/>
  </w:num>
  <w:num w:numId="13">
    <w:abstractNumId w:val="9"/>
  </w:num>
  <w:num w:numId="14">
    <w:abstractNumId w:val="20"/>
  </w:num>
  <w:num w:numId="15">
    <w:abstractNumId w:val="17"/>
  </w:num>
  <w:num w:numId="16">
    <w:abstractNumId w:val="33"/>
  </w:num>
  <w:num w:numId="17">
    <w:abstractNumId w:val="29"/>
  </w:num>
  <w:num w:numId="18">
    <w:abstractNumId w:val="34"/>
  </w:num>
  <w:num w:numId="19">
    <w:abstractNumId w:val="22"/>
  </w:num>
  <w:num w:numId="20">
    <w:abstractNumId w:val="11"/>
  </w:num>
  <w:num w:numId="21">
    <w:abstractNumId w:val="16"/>
  </w:num>
  <w:num w:numId="22">
    <w:abstractNumId w:val="32"/>
  </w:num>
  <w:num w:numId="23">
    <w:abstractNumId w:val="31"/>
  </w:num>
  <w:num w:numId="24">
    <w:abstractNumId w:val="12"/>
  </w:num>
  <w:num w:numId="25">
    <w:abstractNumId w:val="13"/>
  </w:num>
  <w:num w:numId="26">
    <w:abstractNumId w:val="23"/>
  </w:num>
  <w:num w:numId="27">
    <w:abstractNumId w:val="18"/>
  </w:num>
  <w:num w:numId="28">
    <w:abstractNumId w:val="35"/>
  </w:num>
  <w:num w:numId="29">
    <w:abstractNumId w:val="19"/>
  </w:num>
  <w:num w:numId="30">
    <w:abstractNumId w:val="10"/>
  </w:num>
  <w:num w:numId="31">
    <w:abstractNumId w:val="14"/>
  </w:num>
  <w:num w:numId="32">
    <w:abstractNumId w:val="25"/>
  </w:num>
  <w:num w:numId="33">
    <w:abstractNumId w:val="28"/>
  </w:num>
  <w:num w:numId="34">
    <w:abstractNumId w:val="26"/>
  </w:num>
  <w:num w:numId="35">
    <w:abstractNumId w:val="15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C92"/>
    <w:rsid w:val="00034616"/>
    <w:rsid w:val="0006063C"/>
    <w:rsid w:val="00077AA7"/>
    <w:rsid w:val="000C01E1"/>
    <w:rsid w:val="0015074B"/>
    <w:rsid w:val="00157638"/>
    <w:rsid w:val="00173C1F"/>
    <w:rsid w:val="00246B6C"/>
    <w:rsid w:val="0029639D"/>
    <w:rsid w:val="003268C6"/>
    <w:rsid w:val="00326F90"/>
    <w:rsid w:val="00360EE7"/>
    <w:rsid w:val="003E6EDF"/>
    <w:rsid w:val="00497949"/>
    <w:rsid w:val="004A0CD0"/>
    <w:rsid w:val="005F7CFE"/>
    <w:rsid w:val="00673C1C"/>
    <w:rsid w:val="00681C21"/>
    <w:rsid w:val="006A31BD"/>
    <w:rsid w:val="006B1313"/>
    <w:rsid w:val="006F435C"/>
    <w:rsid w:val="00703D8B"/>
    <w:rsid w:val="007E5306"/>
    <w:rsid w:val="007F4738"/>
    <w:rsid w:val="008339CF"/>
    <w:rsid w:val="00861484"/>
    <w:rsid w:val="008B738D"/>
    <w:rsid w:val="0092798B"/>
    <w:rsid w:val="009452C0"/>
    <w:rsid w:val="00983719"/>
    <w:rsid w:val="009D4910"/>
    <w:rsid w:val="009D5B9A"/>
    <w:rsid w:val="009F0AA9"/>
    <w:rsid w:val="00A24EDE"/>
    <w:rsid w:val="00A30222"/>
    <w:rsid w:val="00AA1D8D"/>
    <w:rsid w:val="00AC0955"/>
    <w:rsid w:val="00AF61C1"/>
    <w:rsid w:val="00B47730"/>
    <w:rsid w:val="00B7001A"/>
    <w:rsid w:val="00BA5E14"/>
    <w:rsid w:val="00BB3043"/>
    <w:rsid w:val="00BF6497"/>
    <w:rsid w:val="00C53C6C"/>
    <w:rsid w:val="00C67D69"/>
    <w:rsid w:val="00C826AF"/>
    <w:rsid w:val="00CB0664"/>
    <w:rsid w:val="00CE4578"/>
    <w:rsid w:val="00D41F4B"/>
    <w:rsid w:val="00E0021B"/>
    <w:rsid w:val="00E348F3"/>
    <w:rsid w:val="00EF3522"/>
    <w:rsid w:val="00F74612"/>
    <w:rsid w:val="00F83025"/>
    <w:rsid w:val="00FB701A"/>
    <w:rsid w:val="00FC693F"/>
    <w:rsid w:val="00FE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A4C8EF"/>
  <w14:defaultImageDpi w14:val="300"/>
  <w15:docId w15:val="{5EDD8BD9-0AD0-4464-8370-55DA3F17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hAnsi="微軟正黑體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BA5E14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sz w:val="24"/>
      <w:szCs w:val="24"/>
      <w:lang w:eastAsia="zh-TW"/>
    </w:rPr>
  </w:style>
  <w:style w:type="character" w:styleId="affa">
    <w:name w:val="annotation reference"/>
    <w:basedOn w:val="a2"/>
    <w:uiPriority w:val="99"/>
    <w:semiHidden/>
    <w:unhideWhenUsed/>
    <w:rsid w:val="00077AA7"/>
    <w:rPr>
      <w:sz w:val="18"/>
      <w:szCs w:val="18"/>
    </w:rPr>
  </w:style>
  <w:style w:type="paragraph" w:styleId="affb">
    <w:name w:val="annotation text"/>
    <w:basedOn w:val="a1"/>
    <w:link w:val="affc"/>
    <w:uiPriority w:val="99"/>
    <w:semiHidden/>
    <w:unhideWhenUsed/>
    <w:rsid w:val="00077AA7"/>
  </w:style>
  <w:style w:type="character" w:customStyle="1" w:styleId="affc">
    <w:name w:val="註解文字 字元"/>
    <w:basedOn w:val="a2"/>
    <w:link w:val="affb"/>
    <w:uiPriority w:val="99"/>
    <w:semiHidden/>
    <w:rsid w:val="00077AA7"/>
    <w:rPr>
      <w:rFonts w:ascii="微軟正黑體" w:hAnsi="微軟正黑體"/>
      <w:color w:val="333333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7AA7"/>
    <w:rPr>
      <w:b/>
      <w:bCs/>
    </w:rPr>
  </w:style>
  <w:style w:type="character" w:customStyle="1" w:styleId="affe">
    <w:name w:val="註解主旨 字元"/>
    <w:basedOn w:val="affc"/>
    <w:link w:val="affd"/>
    <w:uiPriority w:val="99"/>
    <w:semiHidden/>
    <w:rsid w:val="00077AA7"/>
    <w:rPr>
      <w:rFonts w:ascii="微軟正黑體" w:hAnsi="微軟正黑體"/>
      <w:b/>
      <w:bCs/>
      <w:color w:val="333333"/>
    </w:rPr>
  </w:style>
  <w:style w:type="paragraph" w:styleId="afff">
    <w:name w:val="Balloon Text"/>
    <w:basedOn w:val="a1"/>
    <w:link w:val="afff0"/>
    <w:uiPriority w:val="99"/>
    <w:semiHidden/>
    <w:unhideWhenUsed/>
    <w:rsid w:val="007E530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0">
    <w:name w:val="註解方塊文字 字元"/>
    <w:basedOn w:val="a2"/>
    <w:link w:val="afff"/>
    <w:uiPriority w:val="99"/>
    <w:semiHidden/>
    <w:rsid w:val="007E5306"/>
    <w:rPr>
      <w:rFonts w:asciiTheme="majorHAnsi" w:eastAsiaTheme="majorEastAsia" w:hAnsiTheme="majorHAnsi" w:cstheme="majorBid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92FB11-6709-4FC4-B5DD-0C3DE847E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user</cp:lastModifiedBy>
  <cp:revision>4</cp:revision>
  <cp:lastPrinted>2026-10-28T03:11:00Z</cp:lastPrinted>
  <dcterms:created xsi:type="dcterms:W3CDTF">2026-10-19T06:16:00Z</dcterms:created>
  <dcterms:modified xsi:type="dcterms:W3CDTF">2026-10-28T03:11:00Z</dcterms:modified>
  <cp:category/>
</cp:coreProperties>
</file>